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💬 מדברים רגש – דף עבודה · 🎒 יסודי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 (לא חובה): ____________   כיתה: ______   תאריך: 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👓 1. שני זוגות משקפיים – הכדור בהפסקה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בהפסקה עומר לקח את הכדור ורץ למגרש. תמר עמדה ליד וצעקה: "היי! זה התור שלי!"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צד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הוא/היא אומר/ת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הוא/היא מרגיש/ה?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תמר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חיכיתי כל ההפסקה שיגיע התור שלי. ועכשיו הוא פשוט לוקח בלי לשאול! זה לא הוגן.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עומר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חשבתי שסיכמנו שאחרי שלוש מסירות מתחלפים, ושעכשיו התור שלי. לא ראיתי שתמר מחכה.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שני הצדדים בעצם צריכים? סמנו: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ששניהם יקבלו תור הוגן וכלל ברור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שמישהו ינצח בוויכוח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שהמורה תעניש את שניהם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🌉 משפט גשר: "אני מבין/ה ש__________, וגם לי חשוב ש__________."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🧩 2. מטעות לתיקון – צחקתי בהקראה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כשענבל קראה בקול וטעתה במילה – צחקתי חזק, וכל הכיתה צחקה.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🛑 עוצרים ומודים: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👀 רואים את הצד השני: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🔧 מתקנים: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4. 🌱 לומדים לפעם הבאה: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🔍 3. מה עוד זה יכול להיות?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👋 חבר/ה לא אמר/ה לי שלום בבוקר.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💭 המחשבה הראשונה: הוא/היא כועס/ת עליי.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כתבו עוד 3 אפשרויות: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✅ איך אפשר לבדוק במקום לנחש?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משפט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עובדה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פרשנות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דני הגיע לכיתה אחרי הצלצול.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דני עצלן.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על הלוח כתוב: "מבחן ביום שני".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המבחן יהיה קשה מאוד.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שירה לא ענתה לי.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שירה כועסת עליי.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🔄 4. המתג הפנימי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🔴 אני לא מצליח/ה בחשבון. אני גרוע/ה.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🟢 מחשבה שעוזרת ומרגישה אמיתית: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🔴 אף אחד לא רוצה לשחק איתי.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🟢 מחשבה שעוזרת ומרגישה אמיתית: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💪 המשפט המעודד שלי (ד – דיבור עצמי מרגיע): 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💬 5. בונים מסר אני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בחרו מצב (או כתבו משלכם): לוקחים לי דברים בלי לשאול / מפריעים לי כשאני מדבר/ת / לא נותנים לי להצטרף למשחק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אני מרגיש/ה __________ כש____________________, כי ____________________. ואני מבקש/ת ____________________.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הפכו למסר אני: "אתה תמיד לוקח לי את הדברים!"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🌡️ 6. מדחום הרגשות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2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3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4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5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6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7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8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9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10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הקיפו את המספר שמתאים לעוצמת הרגש שלכם עכשיו.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היום אני ב־___ מתוך 10. אני מרגיש/ה: ____________. בגוף שמתי לב ל: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יעזור לי: ☐ 🌬️ 3 נשימות איטיות   ☐ 💧 לשתות מים   ☐ 🚶 לצאת לרגע (ברשות)   ☐ ✍️ לכתוב/לצייר מה אני מרגיש/ה   ☐ 🗣️ לדבר עם מבוגר/ת שסומכים עליו/ה   ☐ 🎧 מוזיקה רגועה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🌉 גש״ר מאח״ד: גוף (מדחום) · שכל (מה עוד זה יכול להיות?) · רגש (מסר אני) · מערכת אמונות וערכים (תיקון) · חברה (שני צדדים) · דמיון (המתג הפנימי)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💛 קשה? לא נשארים לבד – פנו ליועצת, לנאמני החוסן המורים או לנאמני החוסן התלמידים.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כלים לשיח רגשי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