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💬 מדברים רגש – דף עבודה · 🟢 עולים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 (לא חובה): ____________   כיתה: ______   תאריך: 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👓 1. שני זוגות משקפיים – הַכִּסֵּא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דָּנָה יָשְׁבָה עַל הַכִּסֵּא שֶׁל יוֹסִי.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אומר/ת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מרגיש/ה?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יוֹסִי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זֶה הַכִּסֵּא שֶׁלִּי! תָּמִיד יָשַׁבְתִּי פֹּה.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דָּנָה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לֹא יָדַעְתִּי. הַכִּסֵּא הָיָה רֵיק.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מָה שְׁנֵיהֶם צְרִיכִים? סַמְּנוּ: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לְדַבֵּר וּלְהַחְלִיט יַחַד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לָרִיב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לָלֶכֶת הַבַּיְתָה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🧩 2. מטעות לתיקון – לָקַחְתִּי בְּלִי לִשְׁאֹל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לָקַחְתִּי אֶת הַמַּחְבֶּרֶת שֶׁל רוּת בְּלִי לִשְׁאֹל.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🛑 אוֹמְרִים: טָעִיתִי: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👀 חוֹשְׁבִים עַל הַצַּד הַשֵּׁנִי: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🔧 מְתַקְּנִים: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🌱 לוֹמְדִים לְפַעַם הַבָּאָה: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🔍 3. מה עוד זה יכול להיות?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👋 חָבֵר לֹא עָנָה לִי "שָׁלוֹם".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💭 הַמַּחְשָׁבָה הָרִאשׁוֹנָה: הוּא כּוֹעֵס עָלַי.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אוּלַי… (כִּתְבוּ 2 אֶפְשָׁרֻיּוֹת):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✅ אֵיךְ בּוֹדְקִים?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עֻבְדָּה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פַּרְשָׁנוּת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דָּנִי הִגִּיעַ בְּשָׁעָה תֵּשַׁע.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דָּנִי עָצֵל.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בַּחוּץ יוֹרֵד גֶּשֶׁם.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הַיּוֹם יִהְיֶה יוֹם רַע.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🔄 4. המתג הפנימי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הָעִבְרִית שֶׁלִּי לֹא טוֹבָה.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מַחְשָׁבָה שֶׁעוֹזֶרֶת: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אֵין לִי חֲבֵרִים פֹּה.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מַחְשָׁבָה שֶׁעוֹזֶרֶת: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💪 המשפט המעודד שלי (ד – דיבור עצמי מרגיע): 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💬 5. בונים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מָצָב: מִישֶׁהוּ לוֹקְחִים לִי דְּבָרִים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אֲנִי מַרְגִּישׁ/ה ________ כְּשֶׁ________________ כִּי ________________. אֲנִי מְבַקֵּשׁ/ת ________________.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הָפְכוּ לְמֶסֶר "אֲנִי": "אַתָּה מְדַבֵּר מַהֵר מִדַּי!"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📒 בַּנְק מִלִּים: טָעוּת (mistake) · סְלִיחָה (sorry) · לְתַקֵּן (to fix) · מַחְשָׁבָה (a thought) · רֶגֶשׁ (a feeling) · צַד (side) · לְהַקְשִׁיב (to listen) · לְבַקֵּשׁ (to ask for) · אוּלַי (maybe) · לִבְדֹּק (to check)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6. מדחום הרגשות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6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7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8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9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10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את המספר שמתאים לעוצמת הרגש שלכם עכשיו.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הַיּוֹם אֲנִי בְּ־___ מִתּוֹךְ 10. אֲנִי מַרְגִּישׁ/ה: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מָה יַעֲזֹר לִי: ☐ 🌬️ לִנְשֹׁם לְאַט   ☐ 💧 לִשְׁתּוֹת מַיִם   ☐ 🚶 לָצֵאת לְרֶגַע (עִם רְשׁוּת)   ☐ 🗣️ לְדַבֵּר עִם מְבֻגָּר   ☐ 🔢 לִסְפֹּר עַד 10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גוף (מדחום) · שכל (מה עוד זה יכול להיות?) · רגש (מסר אני) · מערכת אמונות וערכים (תיקון) · חברה (שני צדדים) · דמיון (המתג הפנימי)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קשה? לא נשארים לבד – פנו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