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32686"/>
          <w:sz w:val="36"/>
          <w:rtl w:val="1"/>
          <w:szCs w:val="36"/>
          <w:bCs/>
        </w:rPr>
        <w:t>💬 מדברים רגש – דף עבודה · 🎓 חט״ע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 (לא חובה): ____________   כיתה: ______   תאריך: 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👓 1. שני זוגות משקפיים – הביטול של הרגע האחרון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אליה ומאיה קבעו לצאת בערב. שעה לפני, מאיה כתבה: "סורי, לא יכולה היום." זו הפעם השלישית החודש.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צד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אומר/ת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הוא/היא מרגיש/ה?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אליה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התארגנתי, ויתרתי על דברים אחרים, ושוב אני נשארת לבד. אני כבר לא בטוחה שאני חשובה לה.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מאיה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בבית קשה עכשיו ואני צריכה לעזור הרבה. לא נעים לי לספר, אז אני פשוט מבטלת.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שני הצדדים בעצם צריכים? סמנו: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אמון וכנות – לשתף מה קורה, גם בקצרה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לנתק את הקשר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☐ להעמיד פנים שהכול בסדר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משפט גשר: "אני מבין/ה ש__________, וגם לי חשוב ש__________."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🧩 2. מטעות לתיקון – ההבטחה שלא קוימה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הבטחתי לעזור לחברה ללמוד לבגרות במתמטיקה. בערב שקבענו יצאתי עם אחרים ולא עניתי לה.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1. 🛑 עוצרים ומודים: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2. 👀 רואים את הצד השני: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3. 🔧 מתקנים: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4. 🌱 לומדים לפעם הבאה: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🔍 3. מה עוד זה יכול להיות?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🚪 המחנכת ביקשה ממני להישאר אחרי השיעור.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💭 המחשבה הראשונה: עשיתי משהו רע ועכשיו אקבל עונש.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כתבו עוד 3 אפשרויות: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✅ איך אפשר לבדוק במקום לנחש?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משפט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עובדה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פרשנות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בהודעה שלו יש שלושה סימני קריאה.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הוא צועק עליי בכתב.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המנהל/ת ביקש/ה לראות אותי מחר ב־10:00.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אני בצרות.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ההורים שלי שאלו שלוש פעמים איפה הייתי.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הם לא סומכים עליי.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🔄 4. המתג הפנימי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אם לא אקבל 100 בבגרות – הכול נהרס.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🪤 מלכודת החשיבה: ☐ הכול או כלום ☐ ניבוי שחורות ☐ קריאת מחשבות ☐ הכללה ☐ תיוג</w:t>
      </w:r>
    </w:p>
    <w:p>
      <w:pPr>
        <w:bidi w:val="1"/>
        <w:spacing w:after="80"/>
        <w:jc w:val="right"/>
        <w:shd w:val="clear" w:color="auto" w:fill="F6F3FF"/>
      </w:pPr>
      <w:r>
        <w:rPr>
          <w:rFonts w:ascii="Arial" w:hAnsi="Arial" w:cs="Arial"/>
          <w:b w:val="0"/>
          <w:sz w:val="24"/>
          <w:rtl w:val="1"/>
          <w:szCs w:val="24"/>
        </w:rPr>
        <w:t>🔴 הראיון מחר יהיה אסון. אני בטוח/ה.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🟢 מחשבה שעוזרת ומרגישה אמיתית: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🪤 מלכודת החשיבה: ☐ הכול או כלום ☐ ניבוי שחורות ☐ קריאת מחשבות ☐ הכללה ☐ תיוג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💪 המשפט המעודד שלי (ד – דיבור עצמי מרגיע): 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💬 5. בונים מסר אני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בחרו מצב (או כתבו משלכם): מבטלים תוכניות ברגע האחרון / מסיקים מסקנות עליי לפני שמקשיבים / בודקים לי את הטלפון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אני מרגיש/ה __________ כש____________________, כי ____________________. ואני מבקש/ת ____________________.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הפכו למסר אני: "את תמיד מבטלת ברגע האחרון, לא אכפת לך ממני!"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F1EBFC"/>
      </w:pPr>
      <w:r>
        <w:rPr>
          <w:rFonts w:ascii="Arial" w:hAnsi="Arial" w:cs="Arial"/>
          <w:b/>
          <w:color w:val="432686"/>
          <w:sz w:val="28"/>
          <w:rtl w:val="1"/>
          <w:szCs w:val="28"/>
          <w:bCs/>
        </w:rPr>
        <w:t>🌡️ 6. מדחום הרגשות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2</w:t>
            </w:r>
          </w:p>
        </w:tc>
        <w:tc>
          <w:tcPr>
            <w:tcW w:type="dxa" w:w="1054"/>
            <w:shd w:val="clear" w:color="auto" w:fill="2e9e5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3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4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5</w:t>
            </w:r>
          </w:p>
        </w:tc>
        <w:tc>
          <w:tcPr>
            <w:tcW w:type="dxa" w:w="1054"/>
            <w:shd w:val="clear" w:color="auto" w:fill="e3b505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6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7</w:t>
            </w:r>
          </w:p>
        </w:tc>
        <w:tc>
          <w:tcPr>
            <w:tcW w:type="dxa" w:w="1054"/>
            <w:shd w:val="clear" w:color="auto" w:fill="ec7a1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8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9</w:t>
            </w:r>
          </w:p>
        </w:tc>
        <w:tc>
          <w:tcPr>
            <w:tcW w:type="dxa" w:w="1054"/>
            <w:shd w:val="clear" w:color="auto" w:fill="d62839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10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הקיפו את המספר שמתאים לעוצמת הרגש שלכם עכשיו.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היום אני ב־___ מתוך 10. אני מרגיש/ה: ____________. בגוף שמתי לב ל: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יעזור לי: ☐ 🌬️ 3 נשימות איטיות   ☐ 💧 לשתות מים   ☐ 🚶 לצאת לרגע (ברשות)   ☐ ✍️ לכתוב/לצייר מה אני מרגיש/ה   ☐ 🗣️ לדבר עם מבוגר/ת שסומכים עליו/ה   ☐ 🎧 מוזיקה רגועה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🌉 גש״ר מאח״ד: גוף (מדחום) · שכל (מה עוד זה יכול להיות?) · רגש (מסר אני) · מערכת אמונות וערכים (תיקון) · חברה (שני צדדים) · דמיון (המתג הפנימי)</w:t>
      </w:r>
    </w:p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💛 קשה? לא נשארים לבד – פנו ליועצת, לנאמני החוסן המורים או לנאמני החוסן התלמידים.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💬 מדברים רגש – כלים לשיח רגשי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