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💬 מדברים רגש – דף עבודה · 📘 חט״ב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 (לא חובה): ____________   כיתה: ______   תאריך: 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👓 1. שני זוגות משקפיים – העבודה המשותפת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ערב לפני ההגשה רוני גילתה שאיתי לא כתב את החלק שלו. היא כתבה הודעה כועסת לכל הקבוצה.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צד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אומר/ת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מרגיש/ה?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רוני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עשיתי כמעט הכול לבד. אני מרגישה שמנצלים אותי, ושהציון שלי תלוי במישהו שלא אכפת לו.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איתי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הייתי חולה כל השבוע והתביישתי לכתוב שאני מפגר. ההודעה מול כולם הרגישה כמו השפלה.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שני הצדדים בעצם צריכים? סמנו: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תקשורת מוקדמת וחלוקה הוגנת של העבודה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להוציא את איתי מהקבוצה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שרוני תעשה תמיד הכול לבד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משפט גשר: "אני מבין/ה ש__________, וגם לי חשוב ש__________."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🧩 2. מטעות לתיקון – צעקתי בבית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חזרתי עייף/ה ולחוץ/ה מבית הספר, והאח הקטן שלי שאל שאלה. צעקתי עליו "תעזוב אותי!"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🛑 עוצרים ומודים: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👀 רואים את הצד השני: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🔧 מתקנים: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🌱 לומדים לפעם הבאה: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🔍 3. מה עוד זה יכול להיות?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✔️ ההודעה שלי סומנה כנקראה, ואין תשובה כבר שעתיים.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💭 המחשבה הראשונה: מתעלמים ממני.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כתבו עוד 3 אפשרויות: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✅ איך אפשר לבדוק במקום לנחש?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עובדה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פרשנות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הוא לא הגיע למפגש של הקבוצה.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אכפת לו מהקבוצה.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היא כתבה לי "אוקיי" בלי סימן קריאה.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היא כועסת עליי.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קיבלתי 68 במבחן.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אני גרוע/ה במדעים.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🔄 4. המתג הפנימי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נכשלתי במבחן. לעולם לא אבין את החומר הזה.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שעוזרת ומרגישה אמיתית: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אם אגיד משהו בכיתה, כולם יצחקו.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שעוזרת ומרגישה אמיתית: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💪 המשפט המעודד שלי (ד – דיבור עצמי מרגיע): 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💬 5. בונים מסר אני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מצב (או כתבו משלכם): מעבירים הודעה שלי הלאה בלי לשאול / קובעים דברים בקבוצה בלעדיי / קוטעים אותי באמצע משפט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אני מרגיש/ה __________ כש____________________, כי ____________________. ואני מבקש/ת ____________________.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הפכו למסר אני: "שוב החלטתם בלעדיי, אתם כאלה אגואיסטים!"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🌡️ 6. מדחום הרגשות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6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7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8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9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10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את המספר שמתאים לעוצמת הרגש שלכם עכשיו.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היום אני ב־___ מתוך 10. אני מרגיש/ה: ____________. בגוף שמתי לב ל: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יעזור לי: ☐ 🌬️ 3 נשימות איטיות   ☐ 💧 לשתות מים   ☐ 🚶 לצאת לרגע (ברשות)   ☐ ✍️ לכתוב/לצייר מה אני מרגיש/ה   ☐ 🗣️ לדבר עם מבוגר/ת שסומכים עליו/ה   ☐ 🎧 מוזיקה רגועה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🌉 גש״ר מאח״ד: גוף (מדחום) · שכל (מה עוד זה יכול להיות?) · רגש (מסר אני) · מערכת אמונות וערכים (תיקון) · חברה (שני צדדים) · דמיון (המתג הפנימי)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💛 קשה? לא נשארים לבד – פנו ליועצת, לנאמני החוסן המורים או לנאמני החוסן התלמידים.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